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A5" w:rsidRPr="008403A5" w:rsidRDefault="005C32B6">
      <w:pPr>
        <w:rPr>
          <w:lang w:val="uk-UA"/>
        </w:rPr>
      </w:pPr>
      <w:r w:rsidRPr="008403A5">
        <w:rPr>
          <w:lang w:val="ru-RU"/>
        </w:rPr>
        <w:t xml:space="preserve">✈ </w:t>
      </w:r>
      <w:bookmarkStart w:id="0" w:name="_GoBack"/>
      <w:bookmarkEnd w:id="0"/>
      <w:r w:rsidRPr="008403A5">
        <w:rPr>
          <w:lang w:val="ru-RU"/>
        </w:rPr>
        <w:t xml:space="preserve">ІНСТРУКЦІЯ </w:t>
      </w:r>
      <w:proofErr w:type="gramStart"/>
      <w:r w:rsidRPr="008403A5">
        <w:rPr>
          <w:lang w:val="ru-RU"/>
        </w:rPr>
        <w:t>З</w:t>
      </w:r>
      <w:proofErr w:type="gramEnd"/>
      <w:r w:rsidRPr="008403A5">
        <w:rPr>
          <w:lang w:val="ru-RU"/>
        </w:rPr>
        <w:t xml:space="preserve"> ОНЛАЙН-ДЕКЛАРУВАННЯ ОСОБИСТИХ ДАНИХ ДЛЯ В'ЇЗДУ ДО В'ЄТНАМУ (</w:t>
      </w:r>
      <w:proofErr w:type="spellStart"/>
      <w:r w:rsidRPr="008403A5">
        <w:rPr>
          <w:lang w:val="ru-RU"/>
        </w:rPr>
        <w:t>застосовується</w:t>
      </w:r>
      <w:proofErr w:type="spellEnd"/>
      <w:r w:rsidRPr="008403A5">
        <w:rPr>
          <w:lang w:val="ru-RU"/>
        </w:rPr>
        <w:t xml:space="preserve"> для </w:t>
      </w:r>
      <w:proofErr w:type="spellStart"/>
      <w:r w:rsidRPr="008403A5">
        <w:rPr>
          <w:lang w:val="ru-RU"/>
        </w:rPr>
        <w:t>іноземних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громадян</w:t>
      </w:r>
      <w:proofErr w:type="spellEnd"/>
      <w:r w:rsidRPr="008403A5">
        <w:rPr>
          <w:lang w:val="ru-RU"/>
        </w:rPr>
        <w:t>)</w:t>
      </w:r>
      <w:r w:rsidRPr="008403A5">
        <w:rPr>
          <w:lang w:val="ru-RU"/>
        </w:rPr>
        <w:br/>
      </w:r>
    </w:p>
    <w:p w:rsidR="008403A5" w:rsidRDefault="005C32B6">
      <w:pPr>
        <w:rPr>
          <w:lang w:val="ru-RU"/>
        </w:rPr>
      </w:pPr>
      <w:r w:rsidRPr="008403A5">
        <w:rPr>
          <w:lang w:val="ru-RU"/>
        </w:rPr>
        <w:t xml:space="preserve">З 22.06.2026 </w:t>
      </w:r>
      <w:proofErr w:type="spellStart"/>
      <w:r w:rsidRPr="008403A5">
        <w:rPr>
          <w:lang w:val="ru-RU"/>
        </w:rPr>
        <w:t>набула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чинності</w:t>
      </w:r>
      <w:proofErr w:type="spellEnd"/>
      <w:r w:rsidRPr="008403A5">
        <w:rPr>
          <w:lang w:val="ru-RU"/>
        </w:rPr>
        <w:t xml:space="preserve"> нова </w:t>
      </w:r>
      <w:proofErr w:type="spellStart"/>
      <w:r w:rsidRPr="008403A5">
        <w:rPr>
          <w:lang w:val="ru-RU"/>
        </w:rPr>
        <w:t>вимога</w:t>
      </w:r>
      <w:proofErr w:type="spellEnd"/>
      <w:r w:rsidRPr="008403A5">
        <w:rPr>
          <w:lang w:val="ru-RU"/>
        </w:rPr>
        <w:t xml:space="preserve">: </w:t>
      </w:r>
      <w:proofErr w:type="spellStart"/>
      <w:r w:rsidRPr="008403A5">
        <w:rPr>
          <w:lang w:val="ru-RU"/>
        </w:rPr>
        <w:t>усі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іноземні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громадяни</w:t>
      </w:r>
      <w:proofErr w:type="spellEnd"/>
      <w:r w:rsidRPr="008403A5">
        <w:rPr>
          <w:lang w:val="ru-RU"/>
        </w:rPr>
        <w:t xml:space="preserve">, </w:t>
      </w:r>
      <w:proofErr w:type="spellStart"/>
      <w:r w:rsidRPr="008403A5">
        <w:rPr>
          <w:lang w:val="ru-RU"/>
        </w:rPr>
        <w:t>які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в'їжджають</w:t>
      </w:r>
      <w:proofErr w:type="spellEnd"/>
      <w:r w:rsidRPr="008403A5">
        <w:rPr>
          <w:lang w:val="ru-RU"/>
        </w:rPr>
        <w:t xml:space="preserve"> до</w:t>
      </w:r>
      <w:proofErr w:type="gramStart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В</w:t>
      </w:r>
      <w:proofErr w:type="gramEnd"/>
      <w:r w:rsidRPr="008403A5">
        <w:rPr>
          <w:lang w:val="ru-RU"/>
        </w:rPr>
        <w:t>'єтнаму</w:t>
      </w:r>
      <w:proofErr w:type="spellEnd"/>
      <w:r w:rsidRPr="008403A5">
        <w:rPr>
          <w:lang w:val="ru-RU"/>
        </w:rPr>
        <w:t xml:space="preserve"> через </w:t>
      </w:r>
      <w:proofErr w:type="spellStart"/>
      <w:r w:rsidRPr="008403A5">
        <w:rPr>
          <w:lang w:val="ru-RU"/>
        </w:rPr>
        <w:t>міжнародні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аеропорти</w:t>
      </w:r>
      <w:proofErr w:type="spellEnd"/>
      <w:r w:rsidRPr="008403A5">
        <w:rPr>
          <w:lang w:val="ru-RU"/>
        </w:rPr>
        <w:t xml:space="preserve">, </w:t>
      </w:r>
      <w:proofErr w:type="spellStart"/>
      <w:r w:rsidRPr="008403A5">
        <w:rPr>
          <w:lang w:val="ru-RU"/>
        </w:rPr>
        <w:t>повинні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заповнити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декларацію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особистих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даних</w:t>
      </w:r>
      <w:proofErr w:type="spellEnd"/>
      <w:r w:rsidRPr="008403A5">
        <w:rPr>
          <w:lang w:val="ru-RU"/>
        </w:rPr>
        <w:t xml:space="preserve"> до </w:t>
      </w:r>
      <w:proofErr w:type="spellStart"/>
      <w:r w:rsidRPr="008403A5">
        <w:rPr>
          <w:lang w:val="ru-RU"/>
        </w:rPr>
        <w:t>пр</w:t>
      </w:r>
      <w:r w:rsidR="008403A5">
        <w:rPr>
          <w:lang w:val="ru-RU"/>
        </w:rPr>
        <w:t>оходження</w:t>
      </w:r>
      <w:proofErr w:type="spellEnd"/>
      <w:r w:rsidR="008403A5">
        <w:rPr>
          <w:lang w:val="ru-RU"/>
        </w:rPr>
        <w:t xml:space="preserve"> паспортного контролю.</w:t>
      </w:r>
    </w:p>
    <w:p w:rsidR="008403A5" w:rsidRDefault="005C32B6">
      <w:pPr>
        <w:rPr>
          <w:lang w:val="ru-RU"/>
        </w:rPr>
      </w:pPr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Рекомендується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заповнити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декларацію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заздалегідь</w:t>
      </w:r>
      <w:proofErr w:type="spellEnd"/>
      <w:r w:rsidRPr="008403A5">
        <w:rPr>
          <w:lang w:val="ru-RU"/>
        </w:rPr>
        <w:t xml:space="preserve"> до </w:t>
      </w:r>
      <w:proofErr w:type="spellStart"/>
      <w:r w:rsidRPr="008403A5">
        <w:rPr>
          <w:lang w:val="ru-RU"/>
        </w:rPr>
        <w:t>вильоту</w:t>
      </w:r>
      <w:proofErr w:type="spellEnd"/>
      <w:r w:rsidRPr="008403A5">
        <w:rPr>
          <w:lang w:val="ru-RU"/>
        </w:rPr>
        <w:t xml:space="preserve"> для </w:t>
      </w:r>
      <w:proofErr w:type="spellStart"/>
      <w:r w:rsidRPr="008403A5">
        <w:rPr>
          <w:lang w:val="ru-RU"/>
        </w:rPr>
        <w:t>прискорення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проходження</w:t>
      </w:r>
      <w:proofErr w:type="spellEnd"/>
      <w:r w:rsidRPr="008403A5">
        <w:rPr>
          <w:lang w:val="ru-RU"/>
        </w:rPr>
        <w:t xml:space="preserve"> кордону.</w:t>
      </w:r>
      <w:r w:rsidRPr="008403A5">
        <w:rPr>
          <w:lang w:val="ru-RU"/>
        </w:rPr>
        <w:br/>
        <w:t xml:space="preserve">За потреби </w:t>
      </w:r>
      <w:proofErr w:type="spellStart"/>
      <w:r w:rsidRPr="008403A5">
        <w:rPr>
          <w:lang w:val="ru-RU"/>
        </w:rPr>
        <w:t>декларацію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можна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заповнити</w:t>
      </w:r>
      <w:proofErr w:type="spellEnd"/>
      <w:r w:rsidRPr="008403A5">
        <w:rPr>
          <w:lang w:val="ru-RU"/>
        </w:rPr>
        <w:t xml:space="preserve"> і </w:t>
      </w:r>
      <w:proofErr w:type="spellStart"/>
      <w:proofErr w:type="gramStart"/>
      <w:r w:rsidRPr="008403A5">
        <w:rPr>
          <w:lang w:val="ru-RU"/>
        </w:rPr>
        <w:t>п</w:t>
      </w:r>
      <w:proofErr w:type="gramEnd"/>
      <w:r w:rsidRPr="008403A5">
        <w:rPr>
          <w:lang w:val="ru-RU"/>
        </w:rPr>
        <w:t>ісля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прибуття</w:t>
      </w:r>
      <w:proofErr w:type="spellEnd"/>
      <w:r w:rsidRPr="008403A5">
        <w:rPr>
          <w:lang w:val="ru-RU"/>
        </w:rPr>
        <w:t xml:space="preserve"> в </w:t>
      </w:r>
      <w:proofErr w:type="spellStart"/>
      <w:r w:rsidRPr="008403A5">
        <w:rPr>
          <w:lang w:val="ru-RU"/>
        </w:rPr>
        <w:t>аеропорту</w:t>
      </w:r>
      <w:proofErr w:type="spellEnd"/>
      <w:r w:rsidRPr="008403A5">
        <w:rPr>
          <w:lang w:val="ru-RU"/>
        </w:rPr>
        <w:t>.</w:t>
      </w:r>
      <w:r w:rsidRPr="008403A5">
        <w:rPr>
          <w:lang w:val="ru-RU"/>
        </w:rPr>
        <w:br/>
      </w:r>
      <w:r w:rsidRPr="008403A5">
        <w:rPr>
          <w:lang w:val="ru-RU"/>
        </w:rPr>
        <w:br/>
      </w:r>
      <w:proofErr w:type="spellStart"/>
      <w:r w:rsidRPr="008403A5">
        <w:rPr>
          <w:b/>
          <w:lang w:val="ru-RU"/>
        </w:rPr>
        <w:t>Крок</w:t>
      </w:r>
      <w:proofErr w:type="spellEnd"/>
      <w:r w:rsidRPr="008403A5">
        <w:rPr>
          <w:b/>
          <w:lang w:val="ru-RU"/>
        </w:rPr>
        <w:t xml:space="preserve"> 1:</w:t>
      </w:r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Пер</w:t>
      </w:r>
      <w:r w:rsidR="008403A5">
        <w:rPr>
          <w:lang w:val="ru-RU"/>
        </w:rPr>
        <w:t>ехід</w:t>
      </w:r>
      <w:proofErr w:type="spellEnd"/>
      <w:r w:rsidR="008403A5">
        <w:rPr>
          <w:lang w:val="ru-RU"/>
        </w:rPr>
        <w:t xml:space="preserve"> до </w:t>
      </w:r>
      <w:proofErr w:type="spellStart"/>
      <w:r w:rsidR="008403A5">
        <w:rPr>
          <w:lang w:val="ru-RU"/>
        </w:rPr>
        <w:t>системи</w:t>
      </w:r>
      <w:proofErr w:type="spellEnd"/>
      <w:r w:rsidR="008403A5">
        <w:rPr>
          <w:lang w:val="ru-RU"/>
        </w:rPr>
        <w:t xml:space="preserve"> </w:t>
      </w:r>
      <w:proofErr w:type="spellStart"/>
      <w:r w:rsidR="008403A5">
        <w:rPr>
          <w:lang w:val="ru-RU"/>
        </w:rPr>
        <w:t>декларування</w:t>
      </w:r>
      <w:proofErr w:type="spellEnd"/>
    </w:p>
    <w:p w:rsidR="008403A5" w:rsidRDefault="005C32B6" w:rsidP="008403A5">
      <w:pPr>
        <w:pStyle w:val="ae"/>
        <w:numPr>
          <w:ilvl w:val="0"/>
          <w:numId w:val="10"/>
        </w:numPr>
        <w:rPr>
          <w:lang w:val="ru-RU"/>
        </w:rPr>
      </w:pPr>
      <w:proofErr w:type="spellStart"/>
      <w:r w:rsidRPr="008403A5">
        <w:rPr>
          <w:lang w:val="ru-RU"/>
        </w:rPr>
        <w:t>Перейдіть</w:t>
      </w:r>
      <w:proofErr w:type="spellEnd"/>
      <w:r w:rsidRPr="008403A5">
        <w:rPr>
          <w:lang w:val="ru-RU"/>
        </w:rPr>
        <w:t xml:space="preserve"> на сайт онлайн-</w:t>
      </w:r>
      <w:proofErr w:type="spellStart"/>
      <w:r w:rsidRPr="008403A5">
        <w:rPr>
          <w:lang w:val="ru-RU"/>
        </w:rPr>
        <w:t>декларац</w:t>
      </w:r>
      <w:r w:rsidR="008403A5">
        <w:rPr>
          <w:lang w:val="ru-RU"/>
        </w:rPr>
        <w:t>ії</w:t>
      </w:r>
      <w:proofErr w:type="spellEnd"/>
      <w:r w:rsidR="008403A5">
        <w:rPr>
          <w:lang w:val="ru-RU"/>
        </w:rPr>
        <w:t xml:space="preserve"> (з телефону </w:t>
      </w:r>
      <w:proofErr w:type="spellStart"/>
      <w:r w:rsidR="008403A5">
        <w:rPr>
          <w:lang w:val="ru-RU"/>
        </w:rPr>
        <w:t>або</w:t>
      </w:r>
      <w:proofErr w:type="spellEnd"/>
      <w:r w:rsidR="008403A5">
        <w:rPr>
          <w:lang w:val="ru-RU"/>
        </w:rPr>
        <w:t xml:space="preserve"> </w:t>
      </w:r>
      <w:proofErr w:type="spellStart"/>
      <w:r w:rsidR="008403A5">
        <w:rPr>
          <w:lang w:val="ru-RU"/>
        </w:rPr>
        <w:t>комп'ютера</w:t>
      </w:r>
      <w:proofErr w:type="spellEnd"/>
      <w:r w:rsidR="008403A5">
        <w:rPr>
          <w:lang w:val="ru-RU"/>
        </w:rPr>
        <w:t>)</w:t>
      </w:r>
    </w:p>
    <w:p w:rsidR="008403A5" w:rsidRPr="0046558D" w:rsidRDefault="005C32B6" w:rsidP="008403A5">
      <w:pPr>
        <w:pStyle w:val="ae"/>
        <w:numPr>
          <w:ilvl w:val="0"/>
          <w:numId w:val="10"/>
        </w:numPr>
      </w:pPr>
      <w:proofErr w:type="spellStart"/>
      <w:r w:rsidRPr="008403A5">
        <w:rPr>
          <w:lang w:val="ru-RU"/>
        </w:rPr>
        <w:t>Оберіть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розділ</w:t>
      </w:r>
      <w:proofErr w:type="spellEnd"/>
      <w:r w:rsidRPr="008403A5">
        <w:rPr>
          <w:lang w:val="ru-RU"/>
        </w:rPr>
        <w:t>: «</w:t>
      </w:r>
      <w:proofErr w:type="spellStart"/>
      <w:r w:rsidRPr="008403A5">
        <w:rPr>
          <w:lang w:val="ru-RU"/>
        </w:rPr>
        <w:t>Створити</w:t>
      </w:r>
      <w:proofErr w:type="spellEnd"/>
      <w:r w:rsidRPr="008403A5">
        <w:rPr>
          <w:lang w:val="ru-RU"/>
        </w:rPr>
        <w:t xml:space="preserve"> та </w:t>
      </w:r>
      <w:proofErr w:type="spellStart"/>
      <w:r w:rsidRPr="008403A5">
        <w:rPr>
          <w:lang w:val="ru-RU"/>
        </w:rPr>
        <w:t>надіслати</w:t>
      </w:r>
      <w:proofErr w:type="spellEnd"/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декларацію</w:t>
      </w:r>
      <w:proofErr w:type="spellEnd"/>
      <w:r w:rsidRPr="008403A5">
        <w:rPr>
          <w:lang w:val="ru-RU"/>
        </w:rPr>
        <w:t xml:space="preserve">» </w:t>
      </w:r>
      <w:r w:rsidRPr="0046558D">
        <w:t>(</w:t>
      </w:r>
      <w:r>
        <w:t>Create</w:t>
      </w:r>
      <w:r w:rsidRPr="0046558D">
        <w:t xml:space="preserve"> &amp; </w:t>
      </w:r>
      <w:r>
        <w:t>Submit</w:t>
      </w:r>
      <w:r w:rsidRPr="0046558D">
        <w:t xml:space="preserve"> </w:t>
      </w:r>
      <w:r>
        <w:t>Pre</w:t>
      </w:r>
      <w:r w:rsidRPr="0046558D">
        <w:t>-</w:t>
      </w:r>
      <w:r>
        <w:t>arrival</w:t>
      </w:r>
      <w:r w:rsidRPr="0046558D">
        <w:t xml:space="preserve"> </w:t>
      </w:r>
      <w:r>
        <w:t>Information</w:t>
      </w:r>
      <w:r w:rsidR="008403A5" w:rsidRPr="0046558D">
        <w:t>)</w:t>
      </w:r>
      <w:r w:rsidR="008403A5" w:rsidRPr="0046558D">
        <w:br/>
      </w:r>
    </w:p>
    <w:p w:rsidR="008403A5" w:rsidRDefault="005C32B6" w:rsidP="008403A5">
      <w:pPr>
        <w:rPr>
          <w:lang w:val="ru-RU"/>
        </w:rPr>
      </w:pPr>
      <w:proofErr w:type="spellStart"/>
      <w:r w:rsidRPr="008403A5">
        <w:rPr>
          <w:b/>
          <w:lang w:val="ru-RU"/>
        </w:rPr>
        <w:t>Крок</w:t>
      </w:r>
      <w:proofErr w:type="spellEnd"/>
      <w:r w:rsidRPr="008403A5">
        <w:rPr>
          <w:b/>
          <w:lang w:val="ru-RU"/>
        </w:rPr>
        <w:t xml:space="preserve"> 2:</w:t>
      </w:r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Введен</w:t>
      </w:r>
      <w:r w:rsidR="008403A5">
        <w:rPr>
          <w:lang w:val="ru-RU"/>
        </w:rPr>
        <w:t>ня</w:t>
      </w:r>
      <w:proofErr w:type="spellEnd"/>
      <w:r w:rsidR="008403A5">
        <w:rPr>
          <w:lang w:val="ru-RU"/>
        </w:rPr>
        <w:t xml:space="preserve"> </w:t>
      </w:r>
      <w:proofErr w:type="spellStart"/>
      <w:r w:rsidR="008403A5">
        <w:rPr>
          <w:lang w:val="ru-RU"/>
        </w:rPr>
        <w:t>особистих</w:t>
      </w:r>
      <w:proofErr w:type="spellEnd"/>
      <w:r w:rsidR="008403A5">
        <w:rPr>
          <w:lang w:val="ru-RU"/>
        </w:rPr>
        <w:t xml:space="preserve"> </w:t>
      </w:r>
      <w:proofErr w:type="spellStart"/>
      <w:r w:rsidR="008403A5">
        <w:rPr>
          <w:lang w:val="ru-RU"/>
        </w:rPr>
        <w:t>даних</w:t>
      </w:r>
      <w:proofErr w:type="spellEnd"/>
      <w:r w:rsidR="008403A5">
        <w:rPr>
          <w:lang w:val="ru-RU"/>
        </w:rPr>
        <w:br/>
      </w:r>
      <w:proofErr w:type="spellStart"/>
      <w:r w:rsidR="008403A5">
        <w:rPr>
          <w:lang w:val="ru-RU"/>
        </w:rPr>
        <w:t>Заповніть</w:t>
      </w:r>
      <w:proofErr w:type="spellEnd"/>
      <w:r w:rsidR="008403A5">
        <w:rPr>
          <w:lang w:val="ru-RU"/>
        </w:rPr>
        <w:t>:</w:t>
      </w:r>
    </w:p>
    <w:p w:rsidR="008403A5" w:rsidRDefault="005C32B6" w:rsidP="008403A5">
      <w:pPr>
        <w:pStyle w:val="ae"/>
        <w:numPr>
          <w:ilvl w:val="0"/>
          <w:numId w:val="11"/>
        </w:numPr>
        <w:rPr>
          <w:lang w:val="ru-RU"/>
        </w:rPr>
      </w:pPr>
      <w:proofErr w:type="spellStart"/>
      <w:r w:rsidRPr="008403A5">
        <w:rPr>
          <w:lang w:val="ru-RU"/>
        </w:rPr>
        <w:t>Очікувану</w:t>
      </w:r>
      <w:proofErr w:type="spellEnd"/>
      <w:r w:rsidRPr="008403A5">
        <w:rPr>
          <w:lang w:val="ru-RU"/>
        </w:rPr>
        <w:t xml:space="preserve"> дату </w:t>
      </w:r>
      <w:proofErr w:type="spellStart"/>
      <w:r w:rsidRPr="008403A5">
        <w:rPr>
          <w:lang w:val="ru-RU"/>
        </w:rPr>
        <w:t>п</w:t>
      </w:r>
      <w:r w:rsidR="008403A5">
        <w:rPr>
          <w:lang w:val="ru-RU"/>
        </w:rPr>
        <w:t>рибуття</w:t>
      </w:r>
      <w:proofErr w:type="spellEnd"/>
    </w:p>
    <w:p w:rsidR="008403A5" w:rsidRDefault="005C32B6" w:rsidP="008403A5">
      <w:pPr>
        <w:pStyle w:val="ae"/>
        <w:numPr>
          <w:ilvl w:val="0"/>
          <w:numId w:val="11"/>
        </w:numPr>
        <w:rPr>
          <w:lang w:val="ru-RU"/>
        </w:rPr>
      </w:pPr>
      <w:proofErr w:type="gramStart"/>
      <w:r w:rsidRPr="008403A5">
        <w:rPr>
          <w:lang w:val="ru-RU"/>
        </w:rPr>
        <w:t>П</w:t>
      </w:r>
      <w:proofErr w:type="gramEnd"/>
      <w:r w:rsidRPr="008403A5">
        <w:rPr>
          <w:lang w:val="ru-RU"/>
        </w:rPr>
        <w:t>ІБ (ВЕЛИКИМИ ЛІТЕР</w:t>
      </w:r>
      <w:r w:rsidR="008403A5">
        <w:rPr>
          <w:lang w:val="ru-RU"/>
        </w:rPr>
        <w:t xml:space="preserve">АМИ, без </w:t>
      </w:r>
      <w:proofErr w:type="spellStart"/>
      <w:r w:rsidR="008403A5">
        <w:rPr>
          <w:lang w:val="ru-RU"/>
        </w:rPr>
        <w:t>діакритичних</w:t>
      </w:r>
      <w:proofErr w:type="spellEnd"/>
      <w:r w:rsidR="008403A5">
        <w:rPr>
          <w:lang w:val="ru-RU"/>
        </w:rPr>
        <w:t xml:space="preserve"> </w:t>
      </w:r>
      <w:proofErr w:type="spellStart"/>
      <w:r w:rsidR="008403A5">
        <w:rPr>
          <w:lang w:val="ru-RU"/>
        </w:rPr>
        <w:t>знаків</w:t>
      </w:r>
      <w:proofErr w:type="spellEnd"/>
      <w:r w:rsidR="008403A5">
        <w:rPr>
          <w:lang w:val="ru-RU"/>
        </w:rPr>
        <w:t>)</w:t>
      </w:r>
    </w:p>
    <w:p w:rsidR="008403A5" w:rsidRDefault="008403A5" w:rsidP="008403A5">
      <w:pPr>
        <w:pStyle w:val="ae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Дату </w:t>
      </w:r>
      <w:proofErr w:type="spellStart"/>
      <w:r>
        <w:rPr>
          <w:lang w:val="ru-RU"/>
        </w:rPr>
        <w:t>народження</w:t>
      </w:r>
      <w:proofErr w:type="spellEnd"/>
    </w:p>
    <w:p w:rsidR="008403A5" w:rsidRDefault="008403A5" w:rsidP="008403A5">
      <w:pPr>
        <w:pStyle w:val="ae"/>
        <w:numPr>
          <w:ilvl w:val="0"/>
          <w:numId w:val="11"/>
        </w:numPr>
        <w:rPr>
          <w:lang w:val="ru-RU"/>
        </w:rPr>
      </w:pPr>
      <w:proofErr w:type="spellStart"/>
      <w:r>
        <w:rPr>
          <w:lang w:val="ru-RU"/>
        </w:rPr>
        <w:t>Громадянство</w:t>
      </w:r>
      <w:proofErr w:type="spellEnd"/>
    </w:p>
    <w:p w:rsidR="008403A5" w:rsidRDefault="008403A5" w:rsidP="008403A5">
      <w:pPr>
        <w:pStyle w:val="ae"/>
        <w:numPr>
          <w:ilvl w:val="0"/>
          <w:numId w:val="11"/>
        </w:numPr>
        <w:rPr>
          <w:lang w:val="ru-RU"/>
        </w:rPr>
      </w:pPr>
      <w:r>
        <w:rPr>
          <w:lang w:val="ru-RU"/>
        </w:rPr>
        <w:t>Стать</w:t>
      </w:r>
    </w:p>
    <w:p w:rsidR="008403A5" w:rsidRDefault="008403A5" w:rsidP="008403A5">
      <w:pPr>
        <w:pStyle w:val="ae"/>
        <w:rPr>
          <w:lang w:val="ru-RU"/>
        </w:rPr>
      </w:pPr>
    </w:p>
    <w:p w:rsidR="008403A5" w:rsidRDefault="005C32B6" w:rsidP="008403A5">
      <w:pPr>
        <w:rPr>
          <w:lang w:val="ru-RU"/>
        </w:rPr>
      </w:pPr>
      <w:r w:rsidRPr="008403A5">
        <w:rPr>
          <w:lang w:val="ru-RU"/>
        </w:rPr>
        <w:t xml:space="preserve"> </w:t>
      </w:r>
      <w:proofErr w:type="spellStart"/>
      <w:r w:rsidRPr="008403A5">
        <w:rPr>
          <w:b/>
          <w:lang w:val="ru-RU"/>
        </w:rPr>
        <w:t>Крок</w:t>
      </w:r>
      <w:proofErr w:type="spellEnd"/>
      <w:r w:rsidRPr="008403A5">
        <w:rPr>
          <w:b/>
          <w:lang w:val="ru-RU"/>
        </w:rPr>
        <w:t xml:space="preserve"> 3:</w:t>
      </w:r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Завантаження</w:t>
      </w:r>
      <w:proofErr w:type="spellEnd"/>
      <w:r w:rsidR="008403A5">
        <w:rPr>
          <w:lang w:val="ru-RU"/>
        </w:rPr>
        <w:t xml:space="preserve"> фото паспорта (за </w:t>
      </w:r>
      <w:proofErr w:type="spellStart"/>
      <w:r w:rsidR="008403A5">
        <w:rPr>
          <w:lang w:val="ru-RU"/>
        </w:rPr>
        <w:t>наявності</w:t>
      </w:r>
      <w:proofErr w:type="spellEnd"/>
      <w:r w:rsidR="008403A5">
        <w:rPr>
          <w:lang w:val="ru-RU"/>
        </w:rPr>
        <w:t>)</w:t>
      </w:r>
    </w:p>
    <w:p w:rsidR="008403A5" w:rsidRDefault="005C32B6" w:rsidP="008403A5">
      <w:pPr>
        <w:pStyle w:val="ae"/>
        <w:numPr>
          <w:ilvl w:val="0"/>
          <w:numId w:val="13"/>
        </w:numPr>
        <w:rPr>
          <w:lang w:val="ru-RU"/>
        </w:rPr>
      </w:pPr>
      <w:proofErr w:type="spellStart"/>
      <w:r w:rsidRPr="008403A5">
        <w:rPr>
          <w:lang w:val="ru-RU"/>
        </w:rPr>
        <w:t>Завантажте</w:t>
      </w:r>
      <w:proofErr w:type="spellEnd"/>
      <w:r w:rsidRPr="008403A5">
        <w:rPr>
          <w:lang w:val="ru-RU"/>
        </w:rPr>
        <w:t xml:space="preserve"> фото </w:t>
      </w:r>
      <w:proofErr w:type="spellStart"/>
      <w:r w:rsidRPr="008403A5">
        <w:rPr>
          <w:lang w:val="ru-RU"/>
        </w:rPr>
        <w:t>сторінки</w:t>
      </w:r>
      <w:proofErr w:type="spellEnd"/>
      <w:r w:rsidRPr="008403A5">
        <w:rPr>
          <w:lang w:val="ru-RU"/>
        </w:rPr>
        <w:t xml:space="preserve"> паспорта</w:t>
      </w:r>
      <w:r w:rsidRPr="008403A5">
        <w:rPr>
          <w:lang w:val="ru-RU"/>
        </w:rPr>
        <w:br/>
        <w:t xml:space="preserve">Система автоматично </w:t>
      </w:r>
      <w:proofErr w:type="spellStart"/>
      <w:r w:rsidRPr="008403A5">
        <w:rPr>
          <w:lang w:val="ru-RU"/>
        </w:rPr>
        <w:t>розпізна</w:t>
      </w:r>
      <w:r w:rsidR="008403A5">
        <w:rPr>
          <w:lang w:val="ru-RU"/>
        </w:rPr>
        <w:t>є</w:t>
      </w:r>
      <w:proofErr w:type="spellEnd"/>
      <w:r w:rsidR="008403A5">
        <w:rPr>
          <w:lang w:val="ru-RU"/>
        </w:rPr>
        <w:t xml:space="preserve"> </w:t>
      </w:r>
      <w:proofErr w:type="spellStart"/>
      <w:proofErr w:type="gramStart"/>
      <w:r w:rsidR="008403A5">
        <w:rPr>
          <w:lang w:val="ru-RU"/>
        </w:rPr>
        <w:t>дан</w:t>
      </w:r>
      <w:proofErr w:type="gramEnd"/>
      <w:r w:rsidR="008403A5">
        <w:rPr>
          <w:lang w:val="ru-RU"/>
        </w:rPr>
        <w:t>і</w:t>
      </w:r>
      <w:proofErr w:type="spellEnd"/>
      <w:r w:rsidR="008403A5">
        <w:rPr>
          <w:lang w:val="ru-RU"/>
        </w:rPr>
        <w:t xml:space="preserve"> (</w:t>
      </w:r>
      <w:proofErr w:type="spellStart"/>
      <w:r w:rsidR="008403A5">
        <w:rPr>
          <w:lang w:val="ru-RU"/>
        </w:rPr>
        <w:t>це</w:t>
      </w:r>
      <w:proofErr w:type="spellEnd"/>
      <w:r w:rsidR="008403A5">
        <w:rPr>
          <w:lang w:val="ru-RU"/>
        </w:rPr>
        <w:t xml:space="preserve"> </w:t>
      </w:r>
      <w:proofErr w:type="spellStart"/>
      <w:r w:rsidR="008403A5">
        <w:rPr>
          <w:lang w:val="ru-RU"/>
        </w:rPr>
        <w:t>пришвидшить</w:t>
      </w:r>
      <w:proofErr w:type="spellEnd"/>
      <w:r w:rsidR="008403A5">
        <w:rPr>
          <w:lang w:val="ru-RU"/>
        </w:rPr>
        <w:t xml:space="preserve"> </w:t>
      </w:r>
      <w:proofErr w:type="spellStart"/>
      <w:r w:rsidR="008403A5">
        <w:rPr>
          <w:lang w:val="ru-RU"/>
        </w:rPr>
        <w:t>процес</w:t>
      </w:r>
      <w:proofErr w:type="spellEnd"/>
      <w:r w:rsidR="008403A5">
        <w:rPr>
          <w:lang w:val="ru-RU"/>
        </w:rPr>
        <w:t>)</w:t>
      </w:r>
      <w:r w:rsidR="008403A5">
        <w:rPr>
          <w:lang w:val="ru-RU"/>
        </w:rPr>
        <w:br/>
      </w:r>
    </w:p>
    <w:p w:rsidR="008403A5" w:rsidRDefault="005C32B6" w:rsidP="008403A5">
      <w:pPr>
        <w:rPr>
          <w:lang w:val="ru-RU"/>
        </w:rPr>
      </w:pPr>
      <w:proofErr w:type="spellStart"/>
      <w:r w:rsidRPr="008403A5">
        <w:rPr>
          <w:b/>
          <w:lang w:val="ru-RU"/>
        </w:rPr>
        <w:t>Крок</w:t>
      </w:r>
      <w:proofErr w:type="spellEnd"/>
      <w:r w:rsidRPr="008403A5">
        <w:rPr>
          <w:b/>
          <w:lang w:val="ru-RU"/>
        </w:rPr>
        <w:t xml:space="preserve"> 4:</w:t>
      </w:r>
      <w:r w:rsidR="008403A5">
        <w:rPr>
          <w:lang w:val="ru-RU"/>
        </w:rPr>
        <w:t xml:space="preserve"> </w:t>
      </w:r>
      <w:proofErr w:type="spellStart"/>
      <w:r w:rsidR="008403A5">
        <w:rPr>
          <w:lang w:val="ru-RU"/>
        </w:rPr>
        <w:t>Паспортні</w:t>
      </w:r>
      <w:proofErr w:type="spellEnd"/>
      <w:r w:rsidR="008403A5">
        <w:rPr>
          <w:lang w:val="ru-RU"/>
        </w:rPr>
        <w:t xml:space="preserve"> </w:t>
      </w:r>
      <w:proofErr w:type="spellStart"/>
      <w:r w:rsidR="008403A5">
        <w:rPr>
          <w:lang w:val="ru-RU"/>
        </w:rPr>
        <w:t>дані</w:t>
      </w:r>
      <w:proofErr w:type="spellEnd"/>
    </w:p>
    <w:p w:rsidR="008403A5" w:rsidRDefault="008403A5" w:rsidP="008403A5">
      <w:pPr>
        <w:pStyle w:val="ae"/>
        <w:numPr>
          <w:ilvl w:val="0"/>
          <w:numId w:val="13"/>
        </w:numPr>
        <w:rPr>
          <w:lang w:val="ru-RU"/>
        </w:rPr>
      </w:pPr>
      <w:r>
        <w:rPr>
          <w:lang w:val="ru-RU"/>
        </w:rPr>
        <w:t>Номер паспорта</w:t>
      </w:r>
    </w:p>
    <w:p w:rsidR="008403A5" w:rsidRDefault="008403A5" w:rsidP="008403A5">
      <w:pPr>
        <w:pStyle w:val="ae"/>
        <w:numPr>
          <w:ilvl w:val="0"/>
          <w:numId w:val="13"/>
        </w:numPr>
        <w:rPr>
          <w:lang w:val="ru-RU"/>
        </w:rPr>
      </w:pPr>
      <w:r>
        <w:rPr>
          <w:lang w:val="ru-RU"/>
        </w:rPr>
        <w:t xml:space="preserve">Дата </w:t>
      </w:r>
      <w:proofErr w:type="spellStart"/>
      <w:r>
        <w:rPr>
          <w:lang w:val="ru-RU"/>
        </w:rPr>
        <w:t>видачі</w:t>
      </w:r>
      <w:proofErr w:type="spellEnd"/>
    </w:p>
    <w:p w:rsidR="008403A5" w:rsidRPr="008403A5" w:rsidRDefault="008403A5" w:rsidP="008403A5">
      <w:pPr>
        <w:pStyle w:val="ae"/>
        <w:numPr>
          <w:ilvl w:val="0"/>
          <w:numId w:val="13"/>
        </w:numPr>
        <w:rPr>
          <w:lang w:val="ru-RU"/>
        </w:rPr>
      </w:pPr>
      <w:proofErr w:type="spellStart"/>
      <w:r>
        <w:rPr>
          <w:lang w:val="ru-RU"/>
        </w:rPr>
        <w:t>Термін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дії</w:t>
      </w:r>
      <w:proofErr w:type="spellEnd"/>
      <w:r>
        <w:rPr>
          <w:lang w:val="ru-RU"/>
        </w:rPr>
        <w:br/>
      </w:r>
    </w:p>
    <w:p w:rsidR="005C32B6" w:rsidRDefault="005C32B6" w:rsidP="008403A5">
      <w:pPr>
        <w:rPr>
          <w:lang w:val="ru-RU"/>
        </w:rPr>
      </w:pPr>
      <w:proofErr w:type="spellStart"/>
      <w:r w:rsidRPr="008403A5">
        <w:rPr>
          <w:b/>
          <w:lang w:val="ru-RU"/>
        </w:rPr>
        <w:t>Крок</w:t>
      </w:r>
      <w:proofErr w:type="spellEnd"/>
      <w:r w:rsidRPr="008403A5">
        <w:rPr>
          <w:b/>
          <w:lang w:val="ru-RU"/>
        </w:rPr>
        <w:t xml:space="preserve"> 5:</w:t>
      </w:r>
      <w:r w:rsidRPr="008403A5">
        <w:rPr>
          <w:lang w:val="ru-RU"/>
        </w:rPr>
        <w:t xml:space="preserve"> </w:t>
      </w:r>
      <w:proofErr w:type="spellStart"/>
      <w:r w:rsidRPr="008403A5">
        <w:rPr>
          <w:lang w:val="ru-RU"/>
        </w:rPr>
        <w:t>Ін</w:t>
      </w:r>
      <w:r>
        <w:rPr>
          <w:lang w:val="ru-RU"/>
        </w:rPr>
        <w:t>формація</w:t>
      </w:r>
      <w:proofErr w:type="spellEnd"/>
      <w:r>
        <w:rPr>
          <w:lang w:val="ru-RU"/>
        </w:rPr>
        <w:t xml:space="preserve"> про </w:t>
      </w:r>
      <w:proofErr w:type="spellStart"/>
      <w:r>
        <w:rPr>
          <w:lang w:val="ru-RU"/>
        </w:rPr>
        <w:t>візу</w:t>
      </w:r>
      <w:proofErr w:type="spellEnd"/>
      <w:r>
        <w:rPr>
          <w:lang w:val="ru-RU"/>
        </w:rPr>
        <w:t xml:space="preserve"> / мету </w:t>
      </w:r>
      <w:proofErr w:type="spellStart"/>
      <w:r>
        <w:rPr>
          <w:lang w:val="ru-RU"/>
        </w:rPr>
        <w:t>в'їзду</w:t>
      </w:r>
      <w:proofErr w:type="spellEnd"/>
    </w:p>
    <w:p w:rsidR="008403A5" w:rsidRPr="005C32B6" w:rsidRDefault="005C32B6" w:rsidP="005C32B6">
      <w:pPr>
        <w:pStyle w:val="ae"/>
        <w:numPr>
          <w:ilvl w:val="0"/>
          <w:numId w:val="15"/>
        </w:numPr>
        <w:rPr>
          <w:rFonts w:ascii="Cambria" w:hAnsi="Cambria" w:cs="Cambria"/>
          <w:lang w:val="ru-RU"/>
        </w:rPr>
      </w:pPr>
      <w:proofErr w:type="spellStart"/>
      <w:r w:rsidRPr="005C32B6">
        <w:rPr>
          <w:rFonts w:ascii="Cambria" w:hAnsi="Cambria" w:cs="Cambria"/>
          <w:lang w:val="ru-RU"/>
        </w:rPr>
        <w:t>Оберіть</w:t>
      </w:r>
      <w:proofErr w:type="spellEnd"/>
      <w:r w:rsidRPr="005C32B6">
        <w:rPr>
          <w:lang w:val="ru-RU"/>
        </w:rPr>
        <w:t xml:space="preserve"> </w:t>
      </w:r>
      <w:r w:rsidRPr="005C32B6">
        <w:rPr>
          <w:rFonts w:ascii="Cambria" w:hAnsi="Cambria" w:cs="Cambria"/>
          <w:lang w:val="ru-RU"/>
        </w:rPr>
        <w:t>тип</w:t>
      </w:r>
      <w:r w:rsidRPr="005C32B6">
        <w:rPr>
          <w:lang w:val="ru-RU"/>
        </w:rPr>
        <w:t xml:space="preserve"> </w:t>
      </w:r>
      <w:proofErr w:type="spellStart"/>
      <w:r w:rsidRPr="005C32B6">
        <w:rPr>
          <w:rFonts w:ascii="Cambria" w:hAnsi="Cambria" w:cs="Cambria"/>
          <w:lang w:val="ru-RU"/>
        </w:rPr>
        <w:t>візи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rFonts w:ascii="Cambria" w:hAnsi="Cambria" w:cs="Cambria"/>
          <w:lang w:val="ru-RU"/>
        </w:rPr>
        <w:t>або</w:t>
      </w:r>
      <w:proofErr w:type="spellEnd"/>
      <w:r w:rsidRPr="005C32B6">
        <w:rPr>
          <w:lang w:val="ru-RU"/>
        </w:rPr>
        <w:t xml:space="preserve"> </w:t>
      </w:r>
      <w:r w:rsidRPr="005C32B6">
        <w:rPr>
          <w:rFonts w:ascii="Cambria" w:hAnsi="Cambria" w:cs="Cambria"/>
          <w:lang w:val="ru-RU"/>
        </w:rPr>
        <w:t>мету</w:t>
      </w:r>
      <w:r w:rsidRPr="005C32B6">
        <w:rPr>
          <w:lang w:val="ru-RU"/>
        </w:rPr>
        <w:t xml:space="preserve"> </w:t>
      </w:r>
      <w:proofErr w:type="spellStart"/>
      <w:r w:rsidRPr="005C32B6">
        <w:rPr>
          <w:rFonts w:ascii="Cambria" w:hAnsi="Cambria" w:cs="Cambria"/>
          <w:lang w:val="ru-RU"/>
        </w:rPr>
        <w:t>поїздки</w:t>
      </w:r>
      <w:proofErr w:type="spellEnd"/>
      <w:r w:rsidRPr="005C32B6">
        <w:rPr>
          <w:lang w:val="ru-RU"/>
        </w:rPr>
        <w:t xml:space="preserve"> (</w:t>
      </w:r>
      <w:r w:rsidRPr="005C32B6">
        <w:rPr>
          <w:rFonts w:ascii="Cambria" w:hAnsi="Cambria" w:cs="Cambria"/>
          <w:lang w:val="ru-RU"/>
        </w:rPr>
        <w:t>туризм</w:t>
      </w:r>
      <w:r w:rsidRPr="005C32B6">
        <w:rPr>
          <w:lang w:val="ru-RU"/>
        </w:rPr>
        <w:t xml:space="preserve">, </w:t>
      </w:r>
      <w:proofErr w:type="spellStart"/>
      <w:r w:rsidRPr="005C32B6">
        <w:rPr>
          <w:rFonts w:ascii="Cambria" w:hAnsi="Cambria" w:cs="Cambria"/>
          <w:lang w:val="ru-RU"/>
        </w:rPr>
        <w:t>візит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rFonts w:ascii="Cambria" w:hAnsi="Cambria" w:cs="Cambria"/>
          <w:lang w:val="ru-RU"/>
        </w:rPr>
        <w:t>тощо</w:t>
      </w:r>
      <w:proofErr w:type="spellEnd"/>
      <w:r w:rsidR="008403A5" w:rsidRPr="005C32B6">
        <w:rPr>
          <w:lang w:val="ru-RU"/>
        </w:rPr>
        <w:t>)</w:t>
      </w:r>
      <w:r w:rsidR="008403A5" w:rsidRPr="005C32B6">
        <w:rPr>
          <w:lang w:val="ru-RU"/>
        </w:rPr>
        <w:br/>
      </w:r>
    </w:p>
    <w:p w:rsidR="005C32B6" w:rsidRDefault="005C32B6" w:rsidP="005C32B6">
      <w:pPr>
        <w:pStyle w:val="ae"/>
        <w:numPr>
          <w:ilvl w:val="0"/>
          <w:numId w:val="14"/>
        </w:numPr>
        <w:rPr>
          <w:lang w:val="ru-RU"/>
        </w:rPr>
      </w:pPr>
      <w:r w:rsidRPr="008403A5">
        <w:rPr>
          <w:rFonts w:ascii="Cambria" w:hAnsi="Cambria" w:cs="Cambria"/>
          <w:lang w:val="ru-RU"/>
        </w:rPr>
        <w:lastRenderedPageBreak/>
        <w:t>Номер</w:t>
      </w:r>
      <w:r w:rsidRPr="008403A5">
        <w:rPr>
          <w:lang w:val="ru-RU"/>
        </w:rPr>
        <w:t xml:space="preserve"> </w:t>
      </w:r>
      <w:proofErr w:type="spellStart"/>
      <w:r w:rsidRPr="008403A5">
        <w:rPr>
          <w:rFonts w:ascii="Cambria" w:hAnsi="Cambria" w:cs="Cambria"/>
          <w:lang w:val="ru-RU"/>
        </w:rPr>
        <w:t>візи</w:t>
      </w:r>
      <w:proofErr w:type="spellEnd"/>
      <w:r w:rsidRPr="008403A5">
        <w:rPr>
          <w:lang w:val="ru-RU"/>
        </w:rPr>
        <w:t>:</w:t>
      </w:r>
      <w:r w:rsidRPr="008403A5">
        <w:rPr>
          <w:lang w:val="ru-RU"/>
        </w:rPr>
        <w:br/>
      </w:r>
      <w:r>
        <w:rPr>
          <w:rFonts w:ascii="Cambria" w:hAnsi="Cambria" w:cs="Cambria"/>
          <w:lang w:val="ru-RU"/>
        </w:rPr>
        <w:t xml:space="preserve">- </w:t>
      </w:r>
      <w:proofErr w:type="spellStart"/>
      <w:r w:rsidRPr="008403A5">
        <w:rPr>
          <w:rFonts w:ascii="Cambria" w:hAnsi="Cambria" w:cs="Cambria"/>
          <w:lang w:val="ru-RU"/>
        </w:rPr>
        <w:t>Вкажіть</w:t>
      </w:r>
      <w:proofErr w:type="spellEnd"/>
      <w:r w:rsidRPr="008403A5">
        <w:rPr>
          <w:lang w:val="ru-RU"/>
        </w:rPr>
        <w:t xml:space="preserve"> </w:t>
      </w:r>
      <w:r w:rsidRPr="008403A5">
        <w:rPr>
          <w:rFonts w:ascii="Cambria" w:hAnsi="Cambria" w:cs="Cambria"/>
          <w:lang w:val="ru-RU"/>
        </w:rPr>
        <w:t>номер</w:t>
      </w:r>
      <w:r w:rsidRPr="008403A5">
        <w:rPr>
          <w:lang w:val="ru-RU"/>
        </w:rPr>
        <w:t xml:space="preserve"> (</w:t>
      </w:r>
      <w:r w:rsidRPr="008403A5">
        <w:rPr>
          <w:rFonts w:ascii="Cambria" w:hAnsi="Cambria" w:cs="Cambria"/>
          <w:lang w:val="ru-RU"/>
        </w:rPr>
        <w:t>для</w:t>
      </w:r>
      <w:r w:rsidRPr="008403A5">
        <w:rPr>
          <w:lang w:val="ru-RU"/>
        </w:rPr>
        <w:t xml:space="preserve"> </w:t>
      </w:r>
      <w:r>
        <w:t>e</w:t>
      </w:r>
      <w:r w:rsidRPr="008403A5">
        <w:rPr>
          <w:lang w:val="ru-RU"/>
        </w:rPr>
        <w:t>-</w:t>
      </w:r>
      <w:r>
        <w:t>visa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вкле</w:t>
      </w:r>
      <w:proofErr w:type="gramEnd"/>
      <w:r>
        <w:rPr>
          <w:lang w:val="ru-RU"/>
        </w:rPr>
        <w:t>єної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візи</w:t>
      </w:r>
      <w:proofErr w:type="spellEnd"/>
      <w:r>
        <w:rPr>
          <w:lang w:val="ru-RU"/>
        </w:rPr>
        <w:t>)</w:t>
      </w:r>
    </w:p>
    <w:p w:rsidR="005C32B6" w:rsidRPr="005C32B6" w:rsidRDefault="005C32B6" w:rsidP="005C32B6">
      <w:pPr>
        <w:pStyle w:val="ae"/>
        <w:rPr>
          <w:lang w:val="ru-RU"/>
        </w:rPr>
      </w:pPr>
      <w:r>
        <w:rPr>
          <w:lang w:val="ru-RU"/>
        </w:rPr>
        <w:t xml:space="preserve">- </w:t>
      </w:r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Якщо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безвізовий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в'їзд</w:t>
      </w:r>
      <w:proofErr w:type="spellEnd"/>
      <w:r w:rsidRPr="005C32B6">
        <w:rPr>
          <w:lang w:val="ru-RU"/>
        </w:rPr>
        <w:t xml:space="preserve">: </w:t>
      </w:r>
      <w:proofErr w:type="spellStart"/>
      <w:r w:rsidRPr="005C32B6">
        <w:rPr>
          <w:lang w:val="ru-RU"/>
        </w:rPr>
        <w:t>введіть</w:t>
      </w:r>
      <w:proofErr w:type="spellEnd"/>
      <w:r w:rsidRPr="005C32B6">
        <w:rPr>
          <w:lang w:val="ru-RU"/>
        </w:rPr>
        <w:t xml:space="preserve"> 0 </w:t>
      </w:r>
      <w:proofErr w:type="spellStart"/>
      <w:r w:rsidRPr="005C32B6">
        <w:rPr>
          <w:lang w:val="ru-RU"/>
        </w:rPr>
        <w:t>або</w:t>
      </w:r>
      <w:proofErr w:type="spellEnd"/>
      <w:r w:rsidRPr="005C32B6">
        <w:rPr>
          <w:lang w:val="ru-RU"/>
        </w:rPr>
        <w:t xml:space="preserve"> </w:t>
      </w:r>
      <w:r>
        <w:t>N</w:t>
      </w:r>
      <w:r w:rsidRPr="005C32B6">
        <w:rPr>
          <w:lang w:val="ru-RU"/>
        </w:rPr>
        <w:t>/</w:t>
      </w:r>
      <w:r>
        <w:t>A</w:t>
      </w:r>
    </w:p>
    <w:p w:rsidR="005C32B6" w:rsidRDefault="005C32B6" w:rsidP="005C32B6">
      <w:pPr>
        <w:pStyle w:val="ae"/>
        <w:numPr>
          <w:ilvl w:val="0"/>
          <w:numId w:val="14"/>
        </w:numPr>
        <w:rPr>
          <w:lang w:val="ru-RU"/>
        </w:rPr>
      </w:pPr>
      <w:r w:rsidRPr="005C32B6">
        <w:rPr>
          <w:lang w:val="ru-RU"/>
        </w:rPr>
        <w:t xml:space="preserve">Дата </w:t>
      </w:r>
      <w:proofErr w:type="spellStart"/>
      <w:r w:rsidRPr="005C32B6">
        <w:rPr>
          <w:lang w:val="ru-RU"/>
        </w:rPr>
        <w:t>видачі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візи</w:t>
      </w:r>
      <w:proofErr w:type="spellEnd"/>
      <w:r w:rsidRPr="005C32B6">
        <w:rPr>
          <w:lang w:val="ru-RU"/>
        </w:rPr>
        <w:t>:</w:t>
      </w:r>
      <w:r w:rsidRPr="005C32B6">
        <w:rPr>
          <w:lang w:val="ru-RU"/>
        </w:rPr>
        <w:br/>
      </w:r>
      <w:r>
        <w:rPr>
          <w:lang w:val="ru-RU"/>
        </w:rPr>
        <w:t>-</w:t>
      </w:r>
      <w:r w:rsidRPr="005C32B6">
        <w:rPr>
          <w:lang w:val="ru-RU"/>
        </w:rPr>
        <w:t xml:space="preserve"> Для </w:t>
      </w:r>
      <w:r>
        <w:t>e</w:t>
      </w:r>
      <w:r w:rsidRPr="005C32B6">
        <w:rPr>
          <w:lang w:val="ru-RU"/>
        </w:rPr>
        <w:t>-</w:t>
      </w:r>
      <w:r>
        <w:t>visa</w:t>
      </w:r>
      <w:r w:rsidRPr="005C32B6">
        <w:rPr>
          <w:lang w:val="ru-RU"/>
        </w:rPr>
        <w:t xml:space="preserve"> — дату </w:t>
      </w:r>
      <w:proofErr w:type="spellStart"/>
      <w:r w:rsidRPr="005C32B6">
        <w:rPr>
          <w:lang w:val="ru-RU"/>
        </w:rPr>
        <w:t>видачі</w:t>
      </w:r>
      <w:proofErr w:type="spellEnd"/>
      <w:r w:rsidRPr="005C32B6">
        <w:rPr>
          <w:lang w:val="ru-RU"/>
        </w:rPr>
        <w:br/>
      </w:r>
      <w:r>
        <w:rPr>
          <w:rFonts w:ascii="Cambria" w:hAnsi="Cambria" w:cs="Cambria"/>
          <w:lang w:val="uk-UA"/>
        </w:rPr>
        <w:t xml:space="preserve">- </w:t>
      </w:r>
      <w:proofErr w:type="spellStart"/>
      <w:r>
        <w:rPr>
          <w:lang w:val="ru-RU"/>
        </w:rPr>
        <w:t>Якщо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без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візи</w:t>
      </w:r>
      <w:proofErr w:type="spellEnd"/>
      <w:r>
        <w:rPr>
          <w:lang w:val="ru-RU"/>
        </w:rPr>
        <w:t xml:space="preserve"> — дату </w:t>
      </w:r>
      <w:proofErr w:type="spellStart"/>
      <w:r>
        <w:rPr>
          <w:lang w:val="ru-RU"/>
        </w:rPr>
        <w:t>прильоту</w:t>
      </w:r>
      <w:proofErr w:type="spellEnd"/>
    </w:p>
    <w:p w:rsidR="005C32B6" w:rsidRDefault="005C32B6" w:rsidP="005C32B6">
      <w:pPr>
        <w:pStyle w:val="ae"/>
        <w:numPr>
          <w:ilvl w:val="0"/>
          <w:numId w:val="14"/>
        </w:numPr>
        <w:rPr>
          <w:lang w:val="ru-RU"/>
        </w:rPr>
      </w:pPr>
      <w:proofErr w:type="spellStart"/>
      <w:r w:rsidRPr="005C32B6">
        <w:rPr>
          <w:lang w:val="ru-RU"/>
        </w:rPr>
        <w:t>Термін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дії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візи</w:t>
      </w:r>
      <w:proofErr w:type="spellEnd"/>
      <w:r w:rsidRPr="005C32B6">
        <w:rPr>
          <w:lang w:val="ru-RU"/>
        </w:rPr>
        <w:t>:</w:t>
      </w:r>
      <w:r w:rsidRPr="005C32B6">
        <w:rPr>
          <w:lang w:val="ru-RU"/>
        </w:rPr>
        <w:br/>
      </w:r>
      <w:r>
        <w:rPr>
          <w:lang w:val="ru-RU"/>
        </w:rPr>
        <w:t>-</w:t>
      </w:r>
      <w:r w:rsidRPr="005C32B6">
        <w:rPr>
          <w:lang w:val="ru-RU"/>
        </w:rPr>
        <w:t xml:space="preserve"> Для </w:t>
      </w:r>
      <w:r>
        <w:t>e</w:t>
      </w:r>
      <w:r w:rsidRPr="005C32B6">
        <w:rPr>
          <w:lang w:val="ru-RU"/>
        </w:rPr>
        <w:t>-</w:t>
      </w:r>
      <w:r>
        <w:t>visa</w:t>
      </w:r>
      <w:r w:rsidRPr="005C32B6">
        <w:rPr>
          <w:lang w:val="ru-RU"/>
        </w:rPr>
        <w:t xml:space="preserve"> — дату </w:t>
      </w:r>
      <w:proofErr w:type="spellStart"/>
      <w:r w:rsidRPr="005C32B6">
        <w:rPr>
          <w:lang w:val="ru-RU"/>
        </w:rPr>
        <w:t>завершення</w:t>
      </w:r>
      <w:proofErr w:type="spellEnd"/>
      <w:r w:rsidRPr="005C32B6">
        <w:rPr>
          <w:lang w:val="ru-RU"/>
        </w:rPr>
        <w:br/>
      </w:r>
      <w:r>
        <w:rPr>
          <w:rFonts w:ascii="Cambria" w:hAnsi="Cambria" w:cs="Cambria"/>
          <w:lang w:val="uk-UA"/>
        </w:rPr>
        <w:t xml:space="preserve">- </w:t>
      </w:r>
      <w:proofErr w:type="spellStart"/>
      <w:r w:rsidRPr="005C32B6">
        <w:rPr>
          <w:lang w:val="ru-RU"/>
        </w:rPr>
        <w:t>Якщо</w:t>
      </w:r>
      <w:proofErr w:type="spellEnd"/>
      <w:r w:rsidRPr="005C32B6">
        <w:rPr>
          <w:lang w:val="ru-RU"/>
        </w:rPr>
        <w:t xml:space="preserve"> </w:t>
      </w:r>
      <w:proofErr w:type="gramStart"/>
      <w:r w:rsidRPr="005C32B6">
        <w:rPr>
          <w:lang w:val="ru-RU"/>
        </w:rPr>
        <w:t>без</w:t>
      </w:r>
      <w:proofErr w:type="gram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візи</w:t>
      </w:r>
      <w:proofErr w:type="spellEnd"/>
      <w:r w:rsidRPr="005C32B6">
        <w:rPr>
          <w:lang w:val="ru-RU"/>
        </w:rPr>
        <w:t xml:space="preserve"> — дату </w:t>
      </w:r>
      <w:proofErr w:type="spellStart"/>
      <w:r w:rsidRPr="005C32B6">
        <w:rPr>
          <w:lang w:val="ru-RU"/>
        </w:rPr>
        <w:t>виїзду</w:t>
      </w:r>
      <w:proofErr w:type="spellEnd"/>
      <w:r w:rsidRPr="005C32B6">
        <w:rPr>
          <w:lang w:val="ru-RU"/>
        </w:rPr>
        <w:t xml:space="preserve"> </w:t>
      </w:r>
      <w:r>
        <w:rPr>
          <w:lang w:val="ru-RU"/>
        </w:rPr>
        <w:t xml:space="preserve">(у межах </w:t>
      </w:r>
      <w:proofErr w:type="spellStart"/>
      <w:r>
        <w:rPr>
          <w:lang w:val="ru-RU"/>
        </w:rPr>
        <w:t>безвізового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періоду</w:t>
      </w:r>
      <w:proofErr w:type="spellEnd"/>
      <w:r>
        <w:rPr>
          <w:lang w:val="ru-RU"/>
        </w:rPr>
        <w:t>)</w:t>
      </w:r>
    </w:p>
    <w:p w:rsidR="005C32B6" w:rsidRDefault="005C32B6" w:rsidP="005C32B6">
      <w:pPr>
        <w:pStyle w:val="ae"/>
        <w:numPr>
          <w:ilvl w:val="0"/>
          <w:numId w:val="14"/>
        </w:numPr>
        <w:rPr>
          <w:lang w:val="ru-RU"/>
        </w:rPr>
      </w:pPr>
      <w:proofErr w:type="spellStart"/>
      <w:r>
        <w:rPr>
          <w:lang w:val="ru-RU"/>
        </w:rPr>
        <w:t>Місце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видачі</w:t>
      </w:r>
      <w:proofErr w:type="spellEnd"/>
      <w:r>
        <w:rPr>
          <w:lang w:val="ru-RU"/>
        </w:rPr>
        <w:t>:</w:t>
      </w:r>
      <w:r>
        <w:rPr>
          <w:lang w:val="ru-RU"/>
        </w:rPr>
        <w:br/>
        <w:t xml:space="preserve">- </w:t>
      </w:r>
      <w:r>
        <w:t>Visa</w:t>
      </w:r>
      <w:r w:rsidRPr="005C32B6">
        <w:rPr>
          <w:lang w:val="ru-RU"/>
        </w:rPr>
        <w:t xml:space="preserve"> </w:t>
      </w:r>
      <w:r>
        <w:t>exemption</w:t>
      </w:r>
      <w:r w:rsidRPr="005C32B6">
        <w:rPr>
          <w:lang w:val="ru-RU"/>
        </w:rPr>
        <w:t xml:space="preserve"> (</w:t>
      </w:r>
      <w:proofErr w:type="spellStart"/>
      <w:r w:rsidRPr="005C32B6">
        <w:rPr>
          <w:lang w:val="ru-RU"/>
        </w:rPr>
        <w:t>якщо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діє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без</w:t>
      </w:r>
      <w:r>
        <w:rPr>
          <w:lang w:val="ru-RU"/>
        </w:rPr>
        <w:t>візовий</w:t>
      </w:r>
      <w:proofErr w:type="spellEnd"/>
      <w:r>
        <w:rPr>
          <w:lang w:val="ru-RU"/>
        </w:rPr>
        <w:t xml:space="preserve"> режим)</w:t>
      </w:r>
    </w:p>
    <w:p w:rsidR="005C32B6" w:rsidRDefault="005C32B6" w:rsidP="005C32B6">
      <w:pPr>
        <w:pStyle w:val="ae"/>
        <w:rPr>
          <w:lang w:val="ru-RU"/>
        </w:rPr>
      </w:pPr>
    </w:p>
    <w:p w:rsidR="005C32B6" w:rsidRDefault="005C32B6" w:rsidP="005C32B6">
      <w:pPr>
        <w:rPr>
          <w:lang w:val="ru-RU"/>
        </w:rPr>
      </w:pPr>
      <w:proofErr w:type="spellStart"/>
      <w:r w:rsidRPr="005C32B6">
        <w:rPr>
          <w:b/>
          <w:lang w:val="ru-RU"/>
        </w:rPr>
        <w:t>Крок</w:t>
      </w:r>
      <w:proofErr w:type="spellEnd"/>
      <w:r w:rsidRPr="005C32B6">
        <w:rPr>
          <w:b/>
          <w:lang w:val="ru-RU"/>
        </w:rPr>
        <w:t xml:space="preserve"> 6: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Інформація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про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поїздку</w:t>
      </w:r>
      <w:proofErr w:type="spellEnd"/>
    </w:p>
    <w:p w:rsidR="005C32B6" w:rsidRDefault="005C32B6" w:rsidP="005C32B6">
      <w:pPr>
        <w:pStyle w:val="ae"/>
        <w:numPr>
          <w:ilvl w:val="0"/>
          <w:numId w:val="16"/>
        </w:numPr>
        <w:rPr>
          <w:lang w:val="ru-RU"/>
        </w:rPr>
      </w:pPr>
      <w:r>
        <w:rPr>
          <w:lang w:val="ru-RU"/>
        </w:rPr>
        <w:t>Номер рейсу</w:t>
      </w:r>
    </w:p>
    <w:p w:rsidR="005C32B6" w:rsidRDefault="005C32B6" w:rsidP="005C32B6">
      <w:pPr>
        <w:pStyle w:val="ae"/>
        <w:numPr>
          <w:ilvl w:val="0"/>
          <w:numId w:val="16"/>
        </w:numPr>
        <w:rPr>
          <w:lang w:val="ru-RU"/>
        </w:rPr>
      </w:pPr>
      <w:proofErr w:type="spellStart"/>
      <w:proofErr w:type="gramStart"/>
      <w:r w:rsidRPr="005C32B6">
        <w:rPr>
          <w:lang w:val="ru-RU"/>
        </w:rPr>
        <w:t>Аеропорт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приб</w:t>
      </w:r>
      <w:r>
        <w:rPr>
          <w:lang w:val="ru-RU"/>
        </w:rPr>
        <w:t>уття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ru-RU"/>
        </w:rPr>
        <w:t>наприклад</w:t>
      </w:r>
      <w:proofErr w:type="spellEnd"/>
      <w:r>
        <w:rPr>
          <w:lang w:val="ru-RU"/>
        </w:rPr>
        <w:t>:</w:t>
      </w:r>
      <w:proofErr w:type="gram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Тан</w:t>
      </w:r>
      <w:proofErr w:type="spellEnd"/>
      <w:r>
        <w:rPr>
          <w:lang w:val="ru-RU"/>
        </w:rPr>
        <w:t xml:space="preserve"> Сон </w:t>
      </w:r>
      <w:proofErr w:type="spellStart"/>
      <w:r>
        <w:rPr>
          <w:lang w:val="ru-RU"/>
        </w:rPr>
        <w:t>Нят</w:t>
      </w:r>
      <w:proofErr w:type="spellEnd"/>
      <w:r>
        <w:rPr>
          <w:lang w:val="ru-RU"/>
        </w:rPr>
        <w:t>)</w:t>
      </w:r>
      <w:proofErr w:type="gramEnd"/>
    </w:p>
    <w:p w:rsidR="005C32B6" w:rsidRDefault="005C32B6" w:rsidP="005C32B6">
      <w:pPr>
        <w:pStyle w:val="ae"/>
        <w:numPr>
          <w:ilvl w:val="0"/>
          <w:numId w:val="16"/>
        </w:numPr>
        <w:rPr>
          <w:lang w:val="ru-RU"/>
        </w:rPr>
      </w:pPr>
      <w:r>
        <w:rPr>
          <w:lang w:val="ru-RU"/>
        </w:rPr>
        <w:t xml:space="preserve">Адреса </w:t>
      </w:r>
      <w:proofErr w:type="spellStart"/>
      <w:r>
        <w:rPr>
          <w:lang w:val="ru-RU"/>
        </w:rPr>
        <w:t>проживання</w:t>
      </w:r>
      <w:proofErr w:type="spellEnd"/>
      <w:r>
        <w:rPr>
          <w:lang w:val="ru-RU"/>
        </w:rPr>
        <w:t xml:space="preserve"> у</w:t>
      </w:r>
      <w:proofErr w:type="gramStart"/>
      <w:r>
        <w:rPr>
          <w:lang w:val="ru-RU"/>
        </w:rPr>
        <w:t xml:space="preserve"> </w:t>
      </w:r>
      <w:proofErr w:type="spellStart"/>
      <w:r>
        <w:rPr>
          <w:lang w:val="ru-RU"/>
        </w:rPr>
        <w:t>В</w:t>
      </w:r>
      <w:proofErr w:type="gramEnd"/>
      <w:r>
        <w:rPr>
          <w:lang w:val="ru-RU"/>
        </w:rPr>
        <w:t>'єтнамі</w:t>
      </w:r>
      <w:proofErr w:type="spellEnd"/>
    </w:p>
    <w:p w:rsidR="005C32B6" w:rsidRDefault="005C32B6" w:rsidP="005C32B6">
      <w:pPr>
        <w:pStyle w:val="ae"/>
        <w:rPr>
          <w:lang w:val="ru-RU"/>
        </w:rPr>
      </w:pPr>
    </w:p>
    <w:p w:rsidR="005C32B6" w:rsidRDefault="005C32B6" w:rsidP="005C32B6">
      <w:pPr>
        <w:rPr>
          <w:lang w:val="ru-RU"/>
        </w:rPr>
      </w:pPr>
      <w:proofErr w:type="spellStart"/>
      <w:r w:rsidRPr="005C32B6">
        <w:rPr>
          <w:b/>
          <w:lang w:val="ru-RU"/>
        </w:rPr>
        <w:t>Крок</w:t>
      </w:r>
      <w:proofErr w:type="spellEnd"/>
      <w:r w:rsidRPr="005C32B6">
        <w:rPr>
          <w:b/>
          <w:lang w:val="ru-RU"/>
        </w:rPr>
        <w:t xml:space="preserve"> 7:</w:t>
      </w:r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ідтвердження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надсилання</w:t>
      </w:r>
      <w:proofErr w:type="spellEnd"/>
    </w:p>
    <w:p w:rsidR="005C32B6" w:rsidRDefault="005C32B6" w:rsidP="005C32B6">
      <w:pPr>
        <w:pStyle w:val="ae"/>
        <w:numPr>
          <w:ilvl w:val="0"/>
          <w:numId w:val="17"/>
        </w:numPr>
        <w:rPr>
          <w:lang w:val="ru-RU"/>
        </w:rPr>
      </w:pPr>
      <w:proofErr w:type="spellStart"/>
      <w:proofErr w:type="gramStart"/>
      <w:r w:rsidRPr="005C32B6">
        <w:rPr>
          <w:lang w:val="ru-RU"/>
        </w:rPr>
        <w:t>П</w:t>
      </w:r>
      <w:proofErr w:type="gramEnd"/>
      <w:r w:rsidRPr="005C32B6">
        <w:rPr>
          <w:lang w:val="ru-RU"/>
        </w:rPr>
        <w:t>ідтвердь</w:t>
      </w:r>
      <w:r>
        <w:rPr>
          <w:lang w:val="ru-RU"/>
        </w:rPr>
        <w:t>те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ознайомлення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інформацією</w:t>
      </w:r>
      <w:proofErr w:type="spellEnd"/>
    </w:p>
    <w:p w:rsidR="005C32B6" w:rsidRDefault="005C32B6" w:rsidP="005C32B6">
      <w:pPr>
        <w:pStyle w:val="ae"/>
        <w:numPr>
          <w:ilvl w:val="0"/>
          <w:numId w:val="17"/>
        </w:numPr>
        <w:rPr>
          <w:lang w:val="ru-RU"/>
        </w:rPr>
      </w:pPr>
      <w:proofErr w:type="spellStart"/>
      <w:r>
        <w:rPr>
          <w:lang w:val="ru-RU"/>
        </w:rPr>
        <w:t>Перевірте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всі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дан</w:t>
      </w:r>
      <w:proofErr w:type="gramEnd"/>
      <w:r>
        <w:rPr>
          <w:lang w:val="ru-RU"/>
        </w:rPr>
        <w:t>і</w:t>
      </w:r>
      <w:proofErr w:type="spellEnd"/>
    </w:p>
    <w:p w:rsidR="005C32B6" w:rsidRDefault="005C32B6" w:rsidP="005C32B6">
      <w:pPr>
        <w:pStyle w:val="ae"/>
        <w:numPr>
          <w:ilvl w:val="0"/>
          <w:numId w:val="17"/>
        </w:numPr>
        <w:rPr>
          <w:lang w:val="ru-RU"/>
        </w:rPr>
      </w:pPr>
      <w:proofErr w:type="spellStart"/>
      <w:r w:rsidRPr="005C32B6">
        <w:rPr>
          <w:lang w:val="ru-RU"/>
        </w:rPr>
        <w:t>Натисніть</w:t>
      </w:r>
      <w:proofErr w:type="spellEnd"/>
      <w:r w:rsidRPr="005C32B6">
        <w:rPr>
          <w:lang w:val="ru-RU"/>
        </w:rPr>
        <w:t xml:space="preserve"> «</w:t>
      </w:r>
      <w:r>
        <w:t>Submit</w:t>
      </w:r>
      <w:r>
        <w:rPr>
          <w:lang w:val="ru-RU"/>
        </w:rPr>
        <w:t>»</w:t>
      </w:r>
    </w:p>
    <w:p w:rsidR="005C32B6" w:rsidRDefault="005C32B6" w:rsidP="005C32B6">
      <w:pPr>
        <w:pStyle w:val="ae"/>
        <w:rPr>
          <w:lang w:val="ru-RU"/>
        </w:rPr>
      </w:pPr>
    </w:p>
    <w:p w:rsidR="005C32B6" w:rsidRDefault="005C32B6" w:rsidP="005C32B6">
      <w:pPr>
        <w:rPr>
          <w:lang w:val="ru-RU"/>
        </w:rPr>
      </w:pPr>
      <w:proofErr w:type="spellStart"/>
      <w:r w:rsidRPr="005C32B6">
        <w:rPr>
          <w:b/>
          <w:lang w:val="ru-RU"/>
        </w:rPr>
        <w:t>Крок</w:t>
      </w:r>
      <w:proofErr w:type="spellEnd"/>
      <w:r w:rsidRPr="005C32B6">
        <w:rPr>
          <w:b/>
          <w:lang w:val="ru-RU"/>
        </w:rPr>
        <w:t xml:space="preserve"> 8: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Збереження</w:t>
      </w:r>
      <w:proofErr w:type="spellEnd"/>
      <w:r>
        <w:rPr>
          <w:lang w:val="ru-RU"/>
        </w:rPr>
        <w:t xml:space="preserve"> коду</w:t>
      </w:r>
    </w:p>
    <w:p w:rsidR="005C32B6" w:rsidRDefault="005C32B6" w:rsidP="005C32B6">
      <w:pPr>
        <w:pStyle w:val="ae"/>
        <w:numPr>
          <w:ilvl w:val="0"/>
          <w:numId w:val="18"/>
        </w:numPr>
        <w:rPr>
          <w:lang w:val="ru-RU"/>
        </w:rPr>
      </w:pPr>
      <w:proofErr w:type="spellStart"/>
      <w:proofErr w:type="gramStart"/>
      <w:r w:rsidRPr="005C32B6">
        <w:rPr>
          <w:lang w:val="ru-RU"/>
        </w:rPr>
        <w:t>П</w:t>
      </w:r>
      <w:proofErr w:type="gramEnd"/>
      <w:r w:rsidRPr="005C32B6">
        <w:rPr>
          <w:lang w:val="ru-RU"/>
        </w:rPr>
        <w:t>ісля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надсилання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ви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отримаєте</w:t>
      </w:r>
      <w:proofErr w:type="spellEnd"/>
      <w:r w:rsidRPr="005C32B6">
        <w:rPr>
          <w:lang w:val="ru-RU"/>
        </w:rPr>
        <w:t xml:space="preserve"> </w:t>
      </w:r>
      <w:r>
        <w:t>QR</w:t>
      </w:r>
      <w:r w:rsidRPr="005C32B6">
        <w:rPr>
          <w:lang w:val="ru-RU"/>
        </w:rPr>
        <w:t xml:space="preserve">-код </w:t>
      </w:r>
      <w:proofErr w:type="spellStart"/>
      <w:r w:rsidRPr="005C32B6">
        <w:rPr>
          <w:lang w:val="ru-RU"/>
        </w:rPr>
        <w:t>або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реєстраційний</w:t>
      </w:r>
      <w:proofErr w:type="spellEnd"/>
      <w:r w:rsidRPr="005C32B6">
        <w:rPr>
          <w:lang w:val="ru-RU"/>
        </w:rPr>
        <w:t xml:space="preserve"> номер заявки</w:t>
      </w:r>
      <w:r w:rsidRPr="005C32B6">
        <w:rPr>
          <w:lang w:val="ru-RU"/>
        </w:rPr>
        <w:br/>
        <w:t xml:space="preserve"> </w:t>
      </w:r>
      <w:proofErr w:type="spellStart"/>
      <w:r w:rsidRPr="005C32B6">
        <w:rPr>
          <w:lang w:val="ru-RU"/>
        </w:rPr>
        <w:t>Використовуйте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розділ</w:t>
      </w:r>
      <w:proofErr w:type="spellEnd"/>
      <w:r w:rsidRPr="005C32B6">
        <w:rPr>
          <w:lang w:val="ru-RU"/>
        </w:rPr>
        <w:t xml:space="preserve"> «</w:t>
      </w:r>
      <w:r>
        <w:t>Search</w:t>
      </w:r>
      <w:r w:rsidRPr="005C32B6">
        <w:rPr>
          <w:lang w:val="ru-RU"/>
        </w:rPr>
        <w:t xml:space="preserve"> &amp; </w:t>
      </w:r>
      <w:r>
        <w:t>Update</w:t>
      </w:r>
      <w:r w:rsidRPr="005C32B6">
        <w:rPr>
          <w:lang w:val="ru-RU"/>
        </w:rPr>
        <w:t xml:space="preserve"> </w:t>
      </w:r>
      <w:r>
        <w:t>Declaration</w:t>
      </w:r>
      <w:r w:rsidRPr="005C32B6">
        <w:rPr>
          <w:lang w:val="ru-RU"/>
        </w:rPr>
        <w:t>»</w:t>
      </w:r>
      <w:r>
        <w:rPr>
          <w:lang w:val="ru-RU"/>
        </w:rPr>
        <w:t xml:space="preserve"> для </w:t>
      </w:r>
      <w:proofErr w:type="spellStart"/>
      <w:r>
        <w:rPr>
          <w:lang w:val="ru-RU"/>
        </w:rPr>
        <w:t>перевірки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редагування</w:t>
      </w:r>
      <w:proofErr w:type="spellEnd"/>
      <w:r>
        <w:rPr>
          <w:lang w:val="ru-RU"/>
        </w:rPr>
        <w:br/>
      </w:r>
    </w:p>
    <w:p w:rsidR="0046558D" w:rsidRDefault="005C32B6">
      <w:pPr>
        <w:rPr>
          <w:lang w:val="ru-RU"/>
        </w:rPr>
      </w:pPr>
      <w:r w:rsidRPr="005C32B6">
        <w:rPr>
          <w:b/>
          <w:lang w:val="ru-RU"/>
        </w:rPr>
        <w:t>ВАЖЛИВО</w:t>
      </w:r>
      <w:r w:rsidRPr="005C32B6">
        <w:rPr>
          <w:lang w:val="ru-RU"/>
        </w:rPr>
        <w:br/>
        <w:t xml:space="preserve">* </w:t>
      </w:r>
      <w:proofErr w:type="spellStart"/>
      <w:r w:rsidRPr="005C32B6">
        <w:rPr>
          <w:lang w:val="ru-RU"/>
        </w:rPr>
        <w:t>Рекомендується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заповнити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декларацію</w:t>
      </w:r>
      <w:proofErr w:type="spellEnd"/>
      <w:r w:rsidRPr="005C32B6">
        <w:rPr>
          <w:lang w:val="ru-RU"/>
        </w:rPr>
        <w:t xml:space="preserve"> до </w:t>
      </w:r>
      <w:proofErr w:type="spellStart"/>
      <w:r w:rsidRPr="005C32B6">
        <w:rPr>
          <w:lang w:val="ru-RU"/>
        </w:rPr>
        <w:t>вильоту</w:t>
      </w:r>
      <w:proofErr w:type="spellEnd"/>
      <w:r w:rsidRPr="005C32B6">
        <w:rPr>
          <w:lang w:val="ru-RU"/>
        </w:rPr>
        <w:br/>
        <w:t xml:space="preserve">* </w:t>
      </w:r>
      <w:proofErr w:type="spellStart"/>
      <w:r w:rsidRPr="005C32B6">
        <w:rPr>
          <w:lang w:val="ru-RU"/>
        </w:rPr>
        <w:t>Усі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дані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мають</w:t>
      </w:r>
      <w:proofErr w:type="spellEnd"/>
      <w:r w:rsidRPr="005C32B6">
        <w:rPr>
          <w:lang w:val="ru-RU"/>
        </w:rPr>
        <w:t xml:space="preserve"> точно </w:t>
      </w:r>
      <w:proofErr w:type="spellStart"/>
      <w:r w:rsidRPr="005C32B6">
        <w:rPr>
          <w:lang w:val="ru-RU"/>
        </w:rPr>
        <w:t>відповідати</w:t>
      </w:r>
      <w:proofErr w:type="spellEnd"/>
      <w:r w:rsidRPr="005C32B6">
        <w:rPr>
          <w:lang w:val="ru-RU"/>
        </w:rPr>
        <w:t xml:space="preserve"> паспорту</w:t>
      </w:r>
      <w:r w:rsidRPr="005C32B6">
        <w:rPr>
          <w:lang w:val="ru-RU"/>
        </w:rPr>
        <w:br/>
        <w:t xml:space="preserve">* </w:t>
      </w:r>
      <w:proofErr w:type="spellStart"/>
      <w:r w:rsidRPr="005C32B6">
        <w:rPr>
          <w:lang w:val="ru-RU"/>
        </w:rPr>
        <w:t>Помилки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можуть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призвести</w:t>
      </w:r>
      <w:proofErr w:type="spellEnd"/>
      <w:r w:rsidRPr="005C32B6">
        <w:rPr>
          <w:lang w:val="ru-RU"/>
        </w:rPr>
        <w:t xml:space="preserve"> до </w:t>
      </w:r>
      <w:proofErr w:type="spellStart"/>
      <w:r w:rsidRPr="005C32B6">
        <w:rPr>
          <w:lang w:val="ru-RU"/>
        </w:rPr>
        <w:t>додаткових</w:t>
      </w:r>
      <w:proofErr w:type="spellEnd"/>
      <w:r w:rsidRPr="005C32B6">
        <w:rPr>
          <w:lang w:val="ru-RU"/>
        </w:rPr>
        <w:t xml:space="preserve"> </w:t>
      </w:r>
      <w:proofErr w:type="spellStart"/>
      <w:r w:rsidRPr="005C32B6">
        <w:rPr>
          <w:lang w:val="ru-RU"/>
        </w:rPr>
        <w:t>запитань</w:t>
      </w:r>
      <w:proofErr w:type="spellEnd"/>
      <w:r w:rsidRPr="005C32B6">
        <w:rPr>
          <w:lang w:val="ru-RU"/>
        </w:rPr>
        <w:t xml:space="preserve"> на </w:t>
      </w:r>
      <w:proofErr w:type="spellStart"/>
      <w:r w:rsidRPr="005C32B6">
        <w:rPr>
          <w:lang w:val="ru-RU"/>
        </w:rPr>
        <w:t>кордоні</w:t>
      </w:r>
      <w:proofErr w:type="spellEnd"/>
      <w:r w:rsidRPr="005C32B6">
        <w:rPr>
          <w:lang w:val="ru-RU"/>
        </w:rPr>
        <w:br/>
      </w:r>
      <w:r w:rsidRPr="005C32B6">
        <w:rPr>
          <w:lang w:val="ru-RU"/>
        </w:rPr>
        <w:br/>
      </w:r>
    </w:p>
    <w:p w:rsidR="006D3AF4" w:rsidRPr="0046558D" w:rsidRDefault="0046558D">
      <w:pPr>
        <w:rPr>
          <w:lang w:val="ru-RU"/>
        </w:rPr>
      </w:pPr>
      <w:r>
        <w:rPr>
          <w:lang w:val="ru-RU"/>
        </w:rPr>
        <w:t xml:space="preserve">Сайт для </w:t>
      </w:r>
      <w:r w:rsidR="005C32B6" w:rsidRPr="005C32B6">
        <w:rPr>
          <w:lang w:val="ru-RU"/>
        </w:rPr>
        <w:t>онлайн-</w:t>
      </w:r>
      <w:proofErr w:type="spellStart"/>
      <w:r w:rsidR="005C32B6" w:rsidRPr="005C32B6">
        <w:rPr>
          <w:lang w:val="ru-RU"/>
        </w:rPr>
        <w:t>реє</w:t>
      </w:r>
      <w:r>
        <w:rPr>
          <w:lang w:val="ru-RU"/>
        </w:rPr>
        <w:t>страції</w:t>
      </w:r>
      <w:proofErr w:type="spellEnd"/>
      <w:r>
        <w:rPr>
          <w:lang w:val="ru-RU"/>
        </w:rPr>
        <w:t xml:space="preserve"> при </w:t>
      </w:r>
      <w:proofErr w:type="spellStart"/>
      <w:r>
        <w:rPr>
          <w:lang w:val="ru-RU"/>
        </w:rPr>
        <w:t>в'їзді</w:t>
      </w:r>
      <w:proofErr w:type="spellEnd"/>
      <w:r>
        <w:rPr>
          <w:lang w:val="ru-RU"/>
        </w:rPr>
        <w:t xml:space="preserve"> до</w:t>
      </w:r>
      <w:proofErr w:type="gramStart"/>
      <w:r>
        <w:rPr>
          <w:lang w:val="ru-RU"/>
        </w:rPr>
        <w:t xml:space="preserve"> </w:t>
      </w:r>
      <w:proofErr w:type="spellStart"/>
      <w:r>
        <w:rPr>
          <w:lang w:val="ru-RU"/>
        </w:rPr>
        <w:t>В</w:t>
      </w:r>
      <w:proofErr w:type="gramEnd"/>
      <w:r>
        <w:rPr>
          <w:lang w:val="ru-RU"/>
        </w:rPr>
        <w:t>'єтнаму</w:t>
      </w:r>
      <w:proofErr w:type="spellEnd"/>
      <w:r>
        <w:rPr>
          <w:lang w:val="ru-RU"/>
        </w:rPr>
        <w:t xml:space="preserve">: </w:t>
      </w:r>
      <w:r w:rsidR="005C32B6">
        <w:t>https</w:t>
      </w:r>
      <w:r w:rsidR="005C32B6" w:rsidRPr="005C32B6">
        <w:rPr>
          <w:lang w:val="ru-RU"/>
        </w:rPr>
        <w:t>://</w:t>
      </w:r>
      <w:proofErr w:type="spellStart"/>
      <w:r w:rsidR="005C32B6">
        <w:t>prearrival</w:t>
      </w:r>
      <w:proofErr w:type="spellEnd"/>
      <w:r w:rsidR="005C32B6" w:rsidRPr="005C32B6">
        <w:rPr>
          <w:lang w:val="ru-RU"/>
        </w:rPr>
        <w:t>.</w:t>
      </w:r>
      <w:r w:rsidR="005C32B6">
        <w:t>immigration</w:t>
      </w:r>
      <w:r w:rsidR="005C32B6" w:rsidRPr="005C32B6">
        <w:rPr>
          <w:lang w:val="ru-RU"/>
        </w:rPr>
        <w:t>.</w:t>
      </w:r>
      <w:proofErr w:type="spellStart"/>
      <w:r w:rsidR="005C32B6">
        <w:t>gov</w:t>
      </w:r>
      <w:proofErr w:type="spellEnd"/>
      <w:r w:rsidR="005C32B6" w:rsidRPr="005C32B6">
        <w:rPr>
          <w:lang w:val="ru-RU"/>
        </w:rPr>
        <w:t>.</w:t>
      </w:r>
      <w:proofErr w:type="spellStart"/>
      <w:r w:rsidR="005C32B6">
        <w:t>vn</w:t>
      </w:r>
      <w:proofErr w:type="spellEnd"/>
      <w:r w:rsidR="005C32B6" w:rsidRPr="005C32B6">
        <w:rPr>
          <w:lang w:val="ru-RU"/>
        </w:rPr>
        <w:t>/</w:t>
      </w:r>
    </w:p>
    <w:sectPr w:rsidR="006D3AF4" w:rsidRPr="004655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A7B3DB0"/>
    <w:multiLevelType w:val="hybridMultilevel"/>
    <w:tmpl w:val="91141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C91D45"/>
    <w:multiLevelType w:val="hybridMultilevel"/>
    <w:tmpl w:val="E85E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C94FE7"/>
    <w:multiLevelType w:val="hybridMultilevel"/>
    <w:tmpl w:val="140A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F06E49"/>
    <w:multiLevelType w:val="hybridMultilevel"/>
    <w:tmpl w:val="1B609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26748"/>
    <w:multiLevelType w:val="hybridMultilevel"/>
    <w:tmpl w:val="F78C5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6646D"/>
    <w:multiLevelType w:val="hybridMultilevel"/>
    <w:tmpl w:val="CCA67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F1945"/>
    <w:multiLevelType w:val="hybridMultilevel"/>
    <w:tmpl w:val="8E7A5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E1855"/>
    <w:multiLevelType w:val="hybridMultilevel"/>
    <w:tmpl w:val="5E9C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3A1276"/>
    <w:multiLevelType w:val="hybridMultilevel"/>
    <w:tmpl w:val="BAC83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7"/>
  </w:num>
  <w:num w:numId="12">
    <w:abstractNumId w:val="13"/>
  </w:num>
  <w:num w:numId="13">
    <w:abstractNumId w:val="10"/>
  </w:num>
  <w:num w:numId="14">
    <w:abstractNumId w:val="12"/>
  </w:num>
  <w:num w:numId="15">
    <w:abstractNumId w:val="9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183C"/>
    <w:rsid w:val="0046558D"/>
    <w:rsid w:val="005C32B6"/>
    <w:rsid w:val="006D3AF4"/>
    <w:rsid w:val="008403A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923912-E1AF-4905-B962-28D5DEC2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Sonya</cp:lastModifiedBy>
  <cp:revision>4</cp:revision>
  <dcterms:created xsi:type="dcterms:W3CDTF">2013-12-23T23:15:00Z</dcterms:created>
  <dcterms:modified xsi:type="dcterms:W3CDTF">2026-07-21T13:27:00Z</dcterms:modified>
  <cp:category/>
</cp:coreProperties>
</file>